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 w:space="0"/>
          <w:left w:val="single" w:sz="0" w:color="FFFFFF" w:space="0"/>
          <w:bottom w:val="single" w:sz="0" w:color="FFFFFF" w:space="0"/>
          <w:right w:val="single" w:sz="0" w:color="FFFFFF" w:space="0"/>
          <w:insideH w:val="single" w:sz="0" w:color="FFFFFF" w:space="0"/>
          <w:insideV w:val="single" w:sz="0" w:color="FFFFFF" w:space="0"/>
        </w:tblBorders>
      </w:tblPr>
      <w:tblGrid>
        <w:gridCol w:w="6520"/>
        <w:gridCol w:w="3288"/>
      </w:tblGrid>
      <w:tr>
        <w:trPr>
          <w:cantSplit/>
        </w:trPr>
        <w:tc>
          <w:tcPr>
            <w:tcW w:type="dxa" w:w="6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0" cy="61836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res ergati ok2  (211 x 82 cm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618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4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460B8"/>
                <w:sz w:val="17"/>
              </w:rPr>
              <w:t>CLIENT DOCUMENTS</w:t>
            </w:r>
          </w:p>
          <w:p>
            <w:pPr>
              <w:keepNext w:val="0"/>
              <w:spacing w:before="0" w:after="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62B59"/>
                <w:sz w:val="18"/>
              </w:rPr>
              <w:t>VE-EMP-02-EN | Annex 1B</w:t>
            </w:r>
          </w:p>
        </w:tc>
      </w:tr>
    </w:tbl>
    <w:p>
      <w:pPr>
        <w:keepNext w:val="0"/>
        <w:spacing w:before="0" w:after="200" w:line="269" w:lineRule="auto"/>
        <w:pBdr>
          <w:bottom w:val="single" w:sz="22" w:space="5" w:color="F8C84A"/>
        </w:pBdr>
      </w:pPr>
    </w:p>
    <w:p>
      <w:pPr>
        <w:keepNext/>
        <w:spacing w:before="0" w:after="60" w:line="269" w:lineRule="auto"/>
      </w:pPr>
      <w:r>
        <w:rPr>
          <w:rFonts w:ascii="Arial" w:hAnsi="Arial" w:eastAsia="Arial"/>
          <w:b/>
          <w:i w:val="0"/>
          <w:color w:val="1460B8"/>
          <w:sz w:val="17"/>
        </w:rPr>
        <w:t>ANNEX 1B</w:t>
      </w:r>
    </w:p>
    <w:p>
      <w:pPr>
        <w:keepNext/>
        <w:spacing w:before="0" w:after="100" w:line="240" w:lineRule="auto"/>
      </w:pPr>
      <w:r>
        <w:rPr>
          <w:rFonts w:ascii="Arial" w:hAnsi="Arial" w:eastAsia="Arial"/>
          <w:b/>
          <w:i w:val="0"/>
          <w:color w:val="062B59"/>
          <w:sz w:val="44"/>
        </w:rPr>
        <w:t>Workforce Request &amp; Position Specifications</w:t>
      </w:r>
    </w:p>
    <w:p>
      <w:pPr>
        <w:keepNext w:val="0"/>
        <w:spacing w:before="0" w:after="240" w:line="269" w:lineRule="auto"/>
      </w:pPr>
      <w:r>
        <w:rPr>
          <w:rFonts w:ascii="Arial" w:hAnsi="Arial" w:eastAsia="Arial"/>
          <w:b w:val="0"/>
          <w:i w:val="0"/>
          <w:color w:val="5E7085"/>
          <w:sz w:val="22"/>
        </w:rPr>
        <w:t>Information required for candidate selection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C8D6E8" w:space="0"/>
          <w:left w:val="single" w:sz="6" w:color="C8D6E8" w:space="0"/>
          <w:bottom w:val="single" w:sz="6" w:color="C8D6E8" w:space="0"/>
          <w:right w:val="single" w:sz="6" w:color="C8D6E8" w:space="0"/>
          <w:insideH w:val="single" w:sz="6" w:color="C8D6E8" w:space="0"/>
          <w:insideV w:val="single" w:sz="6" w:color="C8D6E8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  <w:shd w:fill="EEF4FC"/>
          </w:tcPr>
          <w:p>
            <w:pPr>
              <w:keepNext w:val="0"/>
              <w:spacing w:before="0" w:after="0" w:line="276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 xml:space="preserve">Instructions: </w:t>
            </w:r>
            <w:r>
              <w:rPr>
                <w:rFonts w:ascii="Arial" w:hAnsi="Arial" w:eastAsia="Arial"/>
                <w:b w:val="0"/>
                <w:i w:val="0"/>
                <w:color w:val="17324D"/>
                <w:sz w:val="19"/>
              </w:rPr>
              <w:t>Complete one copy for each different occupation or materially different position profile.</w:t>
            </w:r>
          </w:p>
        </w:tc>
      </w:tr>
    </w:tbl>
    <w:p>
      <w:pPr>
        <w:keepNext w:val="0"/>
        <w:spacing w:before="0" w:after="14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REFERENCE DETAILS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Registered business name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G.E.MI. registration number</w:t>
            </w:r>
          </w:p>
        </w:tc>
      </w:tr>
      <w:tr>
        <w:trPr>
          <w:cantSplit/>
          <w:trHeight w:val="425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Request reference / date</w:t>
            </w:r>
          </w:p>
        </w:tc>
      </w:tr>
      <w:tr>
        <w:trPr>
          <w:cantSplit/>
          <w:trHeight w:val="425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D. WORKFORCE REQUEST — 1/2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Number of positions requested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Job title / occupation</w:t>
            </w:r>
          </w:p>
        </w:tc>
      </w:tr>
      <w:tr>
        <w:trPr>
          <w:cantSplit/>
          <w:trHeight w:val="454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Type of employment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Regular (E.4) or Seasonal (E.5 / E.6)</w:t>
            </w:r>
          </w:p>
        </w:tc>
      </w:tr>
      <w:tr>
        <w:trPr>
          <w:cantSplit/>
          <w:trHeight w:val="454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 w:space="0"/>
          <w:left w:val="single" w:sz="0" w:color="FFFFFF" w:space="0"/>
          <w:bottom w:val="single" w:sz="0" w:color="FFFFFF" w:space="0"/>
          <w:right w:val="single" w:sz="0" w:color="FFFFFF" w:space="0"/>
          <w:insideH w:val="single" w:sz="0" w:color="FFFFFF" w:space="0"/>
          <w:insideV w:val="single" w:sz="0" w:color="FFFFFF" w:space="0"/>
        </w:tblBorders>
      </w:tblPr>
      <w:tblGrid>
        <w:gridCol w:w="6520"/>
        <w:gridCol w:w="3288"/>
      </w:tblGrid>
      <w:tr>
        <w:trPr>
          <w:cantSplit/>
        </w:trPr>
        <w:tc>
          <w:tcPr>
            <w:tcW w:type="dxa" w:w="6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0" cy="61836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res ergati ok2  (211 x 82 cm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618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4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460B8"/>
                <w:sz w:val="17"/>
              </w:rPr>
              <w:t>CLIENT DOCUMENTS</w:t>
            </w:r>
          </w:p>
          <w:p>
            <w:pPr>
              <w:keepNext w:val="0"/>
              <w:spacing w:before="0" w:after="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62B59"/>
                <w:sz w:val="18"/>
              </w:rPr>
              <w:t>VE-EMP-02-EN | Annex 1B</w:t>
            </w:r>
          </w:p>
        </w:tc>
      </w:tr>
    </w:tbl>
    <w:p>
      <w:pPr>
        <w:keepNext w:val="0"/>
        <w:spacing w:before="0" w:after="200" w:line="269" w:lineRule="auto"/>
        <w:pBdr>
          <w:bottom w:val="single" w:sz="22" w:space="5" w:color="F8C84A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D. WORKFORCE REQUEST — 2/2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Contract duration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Months / years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Preferred start date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Gross monthly salary (€)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Not lower than the statutory minimum applicable at the time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Working schedule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Hours per week, shifts, weekends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Place of work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Exact address</w:t>
            </w:r>
          </w:p>
        </w:tc>
      </w:tr>
      <w:tr>
        <w:trPr>
          <w:cantSplit/>
          <w:trHeight w:val="510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Work at more than one site?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YES / NO — if YES, specify all locations</w:t>
            </w:r>
          </w:p>
        </w:tc>
      </w:tr>
      <w:tr>
        <w:trPr>
          <w:cantSplit/>
          <w:trHeight w:val="567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 w:space="0"/>
          <w:left w:val="single" w:sz="0" w:color="FFFFFF" w:space="0"/>
          <w:bottom w:val="single" w:sz="0" w:color="FFFFFF" w:space="0"/>
          <w:right w:val="single" w:sz="0" w:color="FFFFFF" w:space="0"/>
          <w:insideH w:val="single" w:sz="0" w:color="FFFFFF" w:space="0"/>
          <w:insideV w:val="single" w:sz="0" w:color="FFFFFF" w:space="0"/>
        </w:tblBorders>
      </w:tblPr>
      <w:tblGrid>
        <w:gridCol w:w="6520"/>
        <w:gridCol w:w="3288"/>
      </w:tblGrid>
      <w:tr>
        <w:trPr>
          <w:cantSplit/>
        </w:trPr>
        <w:tc>
          <w:tcPr>
            <w:tcW w:type="dxa" w:w="6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0" cy="61836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res ergati ok2  (211 x 82 cm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618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4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460B8"/>
                <w:sz w:val="17"/>
              </w:rPr>
              <w:t>CLIENT DOCUMENTS</w:t>
            </w:r>
          </w:p>
          <w:p>
            <w:pPr>
              <w:keepNext w:val="0"/>
              <w:spacing w:before="0" w:after="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62B59"/>
                <w:sz w:val="18"/>
              </w:rPr>
              <w:t>VE-EMP-02-EN | Annex 1B</w:t>
            </w:r>
          </w:p>
        </w:tc>
      </w:tr>
    </w:tbl>
    <w:p>
      <w:pPr>
        <w:keepNext w:val="0"/>
        <w:spacing w:before="0" w:after="200" w:line="269" w:lineRule="auto"/>
        <w:pBdr>
          <w:bottom w:val="single" w:sz="22" w:space="5" w:color="F8C84A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E. POSITION SPECIFICATIONS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Detailed description of duties</w:t>
            </w:r>
          </w:p>
        </w:tc>
      </w:tr>
      <w:tr>
        <w:trPr>
          <w:cantSplit/>
          <w:trHeight w:val="1134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Required work experience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Years and type of experience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Languages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Language and proficiency level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Special skills / equipment operation</w:t>
            </w:r>
          </w:p>
        </w:tc>
      </w:tr>
      <w:tr>
        <w:trPr>
          <w:cantSplit/>
          <w:trHeight w:val="567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Certificates / licences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Physical requirements of the position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Is this a regulated profession?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YES / NO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Other lawful preferences / comments</w:t>
            </w:r>
          </w:p>
        </w:tc>
      </w:tr>
      <w:tr>
        <w:trPr>
          <w:cantSplit/>
          <w:trHeight w:val="454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 w:space="0"/>
          <w:left w:val="single" w:sz="0" w:color="FFFFFF" w:space="0"/>
          <w:bottom w:val="single" w:sz="0" w:color="FFFFFF" w:space="0"/>
          <w:right w:val="single" w:sz="0" w:color="FFFFFF" w:space="0"/>
          <w:insideH w:val="single" w:sz="0" w:color="FFFFFF" w:space="0"/>
          <w:insideV w:val="single" w:sz="0" w:color="FFFFFF" w:space="0"/>
        </w:tblBorders>
      </w:tblPr>
      <w:tblGrid>
        <w:gridCol w:w="6520"/>
        <w:gridCol w:w="3288"/>
      </w:tblGrid>
      <w:tr>
        <w:trPr>
          <w:cantSplit/>
        </w:trPr>
        <w:tc>
          <w:tcPr>
            <w:tcW w:type="dxa" w:w="6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0" cy="618363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res ergati ok2  (211 x 82 cm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618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4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460B8"/>
                <w:sz w:val="17"/>
              </w:rPr>
              <w:t>CLIENT DOCUMENTS</w:t>
            </w:r>
          </w:p>
          <w:p>
            <w:pPr>
              <w:keepNext w:val="0"/>
              <w:spacing w:before="0" w:after="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62B59"/>
                <w:sz w:val="18"/>
              </w:rPr>
              <w:t>VE-EMP-02-EN | Annex 1B</w:t>
            </w:r>
          </w:p>
        </w:tc>
      </w:tr>
    </w:tbl>
    <w:p>
      <w:pPr>
        <w:keepNext w:val="0"/>
        <w:spacing w:before="0" w:after="200" w:line="269" w:lineRule="auto"/>
        <w:pBdr>
          <w:bottom w:val="single" w:sz="22" w:space="5" w:color="F8C84A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F. BENEFITS PROVIDED TO THE WORKER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Accommodation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Provided / Not provided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Accommodation address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If provided</w:t>
            </w:r>
          </w:p>
        </w:tc>
      </w:tr>
      <w:tr>
        <w:trPr>
          <w:cantSplit/>
          <w:trHeight w:val="482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Type of accommodation and number of occupants</w:t>
            </w:r>
          </w:p>
        </w:tc>
      </w:tr>
      <w:tr>
        <w:trPr>
          <w:cantSplit/>
          <w:trHeight w:val="510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Cost payable by the worker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€ per month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Meals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YES / NO</w:t>
            </w:r>
          </w:p>
        </w:tc>
      </w:tr>
      <w:tr>
        <w:trPr>
          <w:cantSplit/>
          <w:trHeight w:val="482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Transport to / from work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YES / NO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Air travel tickets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YES / NO</w:t>
            </w:r>
          </w:p>
        </w:tc>
      </w:tr>
      <w:tr>
        <w:trPr>
          <w:cantSplit/>
          <w:trHeight w:val="482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Other benefits</w:t>
            </w:r>
          </w:p>
        </w:tc>
      </w:tr>
      <w:tr>
        <w:trPr>
          <w:cantSplit/>
          <w:trHeight w:val="680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 w:space="0"/>
          <w:left w:val="single" w:sz="0" w:color="FFFFFF" w:space="0"/>
          <w:bottom w:val="single" w:sz="0" w:color="FFFFFF" w:space="0"/>
          <w:right w:val="single" w:sz="0" w:color="FFFFFF" w:space="0"/>
          <w:insideH w:val="single" w:sz="0" w:color="FFFFFF" w:space="0"/>
          <w:insideV w:val="single" w:sz="0" w:color="FFFFFF" w:space="0"/>
        </w:tblBorders>
      </w:tblPr>
      <w:tblGrid>
        <w:gridCol w:w="6520"/>
        <w:gridCol w:w="3288"/>
      </w:tblGrid>
      <w:tr>
        <w:trPr>
          <w:cantSplit/>
        </w:trPr>
        <w:tc>
          <w:tcPr>
            <w:tcW w:type="dxa" w:w="6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0" cy="618363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res ergati ok2  (211 x 82 cm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618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4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460B8"/>
                <w:sz w:val="17"/>
              </w:rPr>
              <w:t>CLIENT DOCUMENTS</w:t>
            </w:r>
          </w:p>
          <w:p>
            <w:pPr>
              <w:keepNext w:val="0"/>
              <w:spacing w:before="0" w:after="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62B59"/>
                <w:sz w:val="18"/>
              </w:rPr>
              <w:t>VE-EMP-02-EN | Annex 1B</w:t>
            </w:r>
          </w:p>
        </w:tc>
      </w:tr>
    </w:tbl>
    <w:p>
      <w:pPr>
        <w:keepNext w:val="0"/>
        <w:spacing w:before="0" w:after="200" w:line="269" w:lineRule="auto"/>
        <w:pBdr>
          <w:bottom w:val="single" w:sz="22" w:space="5" w:color="F8C84A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I. SEASONAL EMPLOYMENT IN AGRICULTURE — 1/2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C8D6E8" w:space="0"/>
          <w:left w:val="single" w:sz="6" w:color="C8D6E8" w:space="0"/>
          <w:bottom w:val="single" w:sz="6" w:color="C8D6E8" w:space="0"/>
          <w:right w:val="single" w:sz="6" w:color="C8D6E8" w:space="0"/>
          <w:insideH w:val="single" w:sz="6" w:color="C8D6E8" w:space="0"/>
          <w:insideV w:val="single" w:sz="6" w:color="C8D6E8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20" w:type="dxa"/>
              <w:start w:w="150" w:type="dxa"/>
              <w:bottom w:w="120" w:type="dxa"/>
              <w:end w:w="150" w:type="dxa"/>
            </w:tcMar>
            <w:vAlign w:val="center"/>
            <w:shd w:fill="EEF4FC"/>
          </w:tcPr>
          <w:p>
            <w:pPr>
              <w:keepNext w:val="0"/>
              <w:spacing w:before="0" w:after="0" w:line="276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 xml:space="preserve">Complete only for seasonal agricultural employment. </w:t>
            </w:r>
            <w:r>
              <w:rPr>
                <w:rFonts w:ascii="Arial" w:hAnsi="Arial" w:eastAsia="Arial"/>
                <w:b w:val="0"/>
                <w:i w:val="0"/>
                <w:color w:val="17324D"/>
                <w:sz w:val="19"/>
              </w:rPr>
              <w:t>The information is used to calculate Human Labour Units (M.A.E.).</w:t>
            </w:r>
          </w:p>
        </w:tc>
      </w:tr>
    </w:tbl>
    <w:p>
      <w:pPr>
        <w:keepNext w:val="0"/>
        <w:spacing w:before="0" w:after="14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Total cultivated area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In stremmas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Types of crops and area per crop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Unified Cultivation Declaration (OSDE) number / year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Attach a copy</w:t>
            </w:r>
          </w:p>
        </w:tc>
      </w:tr>
      <w:tr>
        <w:trPr>
          <w:cantSplit/>
          <w:trHeight w:val="510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Livestock farming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Species and number, if applicable</w:t>
            </w:r>
          </w:p>
        </w:tc>
      </w:tr>
      <w:tr>
        <w:trPr>
          <w:cantSplit/>
          <w:trHeight w:val="567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 w:space="0"/>
          <w:left w:val="single" w:sz="0" w:color="FFFFFF" w:space="0"/>
          <w:bottom w:val="single" w:sz="0" w:color="FFFFFF" w:space="0"/>
          <w:right w:val="single" w:sz="0" w:color="FFFFFF" w:space="0"/>
          <w:insideH w:val="single" w:sz="0" w:color="FFFFFF" w:space="0"/>
          <w:insideV w:val="single" w:sz="0" w:color="FFFFFF" w:space="0"/>
        </w:tblBorders>
      </w:tblPr>
      <w:tblGrid>
        <w:gridCol w:w="6520"/>
        <w:gridCol w:w="3288"/>
      </w:tblGrid>
      <w:tr>
        <w:trPr>
          <w:cantSplit/>
        </w:trPr>
        <w:tc>
          <w:tcPr>
            <w:tcW w:type="dxa" w:w="6520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0" w:line="269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376000" cy="61836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res ergati ok2  (211 x 82 cm)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6183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88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keepNext w:val="0"/>
              <w:spacing w:before="0" w:after="4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1460B8"/>
                <w:sz w:val="17"/>
              </w:rPr>
              <w:t>CLIENT DOCUMENTS</w:t>
            </w:r>
          </w:p>
          <w:p>
            <w:pPr>
              <w:keepNext w:val="0"/>
              <w:spacing w:before="0" w:after="0" w:line="269" w:lineRule="auto"/>
              <w:jc w:val="right"/>
            </w:pPr>
            <w:r>
              <w:rPr>
                <w:rFonts w:ascii="Arial" w:hAnsi="Arial" w:eastAsia="Arial"/>
                <w:b/>
                <w:i w:val="0"/>
                <w:color w:val="062B59"/>
                <w:sz w:val="18"/>
              </w:rPr>
              <w:t>VE-EMP-02-EN | Annex 1B</w:t>
            </w:r>
          </w:p>
        </w:tc>
      </w:tr>
    </w:tbl>
    <w:p>
      <w:pPr>
        <w:keepNext w:val="0"/>
        <w:spacing w:before="0" w:after="200" w:line="269" w:lineRule="auto"/>
        <w:pBdr>
          <w:bottom w:val="single" w:sz="22" w:space="5" w:color="F8C84A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I. SEASONAL EMPLOYMENT IN AGRICULTURE — 2/2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Registered in the Farmers and Agricultural Holdings Registry?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YES / NO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Do you already hold an M.A.E. certificate?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YES / NO — to be issued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Seasonal work period</w:t>
            </w:r>
            <w:r>
              <w:rPr>
                <w:rFonts w:ascii="Arial" w:hAnsi="Arial" w:eastAsia="Arial"/>
                <w:b w:val="0"/>
                <w:i w:val="0"/>
                <w:color w:val="5E7085"/>
                <w:sz w:val="17"/>
              </w:rPr>
              <w:br/>
              <w:t>From – to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Number of seasonal workers requested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Seasonal duties to be performed</w:t>
            </w:r>
          </w:p>
        </w:tc>
      </w:tr>
      <w:tr>
        <w:trPr>
          <w:cantSplit/>
          <w:trHeight w:val="737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062B59" w:space="0"/>
          <w:left w:val="single" w:sz="0" w:color="062B59" w:space="0"/>
          <w:bottom w:val="single" w:sz="0" w:color="062B59" w:space="0"/>
          <w:right w:val="single" w:sz="0" w:color="062B59" w:space="0"/>
          <w:insideH w:val="single" w:sz="0" w:color="062B59" w:space="0"/>
          <w:insideV w:val="single" w:sz="0" w:color="062B59" w:space="0"/>
        </w:tblBorders>
      </w:tblPr>
      <w:tblGrid>
        <w:gridCol w:w="9921"/>
      </w:tblGrid>
      <w:tr>
        <w:trPr>
          <w:cantSplit/>
        </w:trPr>
        <w:tc>
          <w:tcPr>
            <w:tcW w:type="dxa" w:w="9921"/>
            <w:tcMar>
              <w:top w:w="105" w:type="dxa"/>
              <w:start w:w="150" w:type="dxa"/>
              <w:bottom w:w="105" w:type="dxa"/>
              <w:end w:w="150" w:type="dxa"/>
            </w:tcMar>
            <w:vAlign w:val="center"/>
            <w:shd w:fill="062B59"/>
          </w:tcPr>
          <w:p>
            <w:pPr>
              <w:keepNext w:val="0"/>
              <w:spacing w:before="0" w:after="0" w:line="269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1"/>
              </w:rPr>
              <w:t>CONFIRMATION &amp; SIGNATURE</w:t>
            </w:r>
          </w:p>
        </w:tc>
      </w:tr>
    </w:tbl>
    <w:p>
      <w:pPr>
        <w:keepNext w:val="0"/>
        <w:spacing w:before="0" w:after="10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Place / Date</w:t>
            </w:r>
          </w:p>
        </w:tc>
        <w:tc>
          <w:tcPr>
            <w:tcW w:type="dxa" w:w="4847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EEF4FC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Full name of legal representative</w:t>
            </w:r>
          </w:p>
        </w:tc>
      </w:tr>
      <w:tr>
        <w:trPr>
          <w:cantSplit/>
          <w:trHeight w:val="510" w:hRule="atLeast"/>
        </w:trPr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  <w:tc>
          <w:tcPr>
            <w:tcW w:type="dxa" w:w="4847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7" w:color="C8D6E8" w:space="0"/>
          <w:left w:val="single" w:sz="7" w:color="C8D6E8" w:space="0"/>
          <w:bottom w:val="single" w:sz="7" w:color="C8D6E8" w:space="0"/>
          <w:right w:val="single" w:sz="7" w:color="C8D6E8" w:space="0"/>
          <w:insideH w:val="single" w:sz="7" w:color="C8D6E8" w:space="0"/>
          <w:insideV w:val="single" w:sz="7" w:color="C8D6E8" w:space="0"/>
        </w:tblBorders>
      </w:tblPr>
      <w:tblGrid>
        <w:gridCol w:w="4847"/>
        <w:gridCol w:w="4847"/>
      </w:tblGrid>
      <w:tr>
        <w:trPr>
          <w:cantSplit/>
        </w:trPr>
        <w:tc>
          <w:tcPr>
            <w:tcW w:type="dxa" w:w="9694"/>
            <w:gridSpan w:val="2"/>
            <w:tcMar>
              <w:top w:w="95" w:type="dxa"/>
              <w:start w:w="125" w:type="dxa"/>
              <w:bottom w:w="95" w:type="dxa"/>
              <w:end w:w="125" w:type="dxa"/>
            </w:tcMar>
            <w:vAlign w:val="center"/>
            <w:shd w:fill="FFFFFF"/>
          </w:tcPr>
          <w:p>
            <w:pPr>
              <w:keepNext w:val="0"/>
              <w:spacing w:before="0" w:after="0" w:line="259" w:lineRule="auto"/>
            </w:pPr>
            <w:r>
              <w:rPr>
                <w:rFonts w:ascii="Arial" w:hAnsi="Arial" w:eastAsia="Arial"/>
                <w:b/>
                <w:i w:val="0"/>
                <w:color w:val="062B59"/>
                <w:sz w:val="19"/>
              </w:rPr>
              <w:t>Signature / Company stamp</w:t>
            </w:r>
          </w:p>
        </w:tc>
      </w:tr>
      <w:tr>
        <w:trPr>
          <w:cantSplit/>
          <w:trHeight w:val="1134" w:hRule="atLeast"/>
        </w:trPr>
        <w:tc>
          <w:tcPr>
            <w:tcW w:type="dxa" w:w="9694"/>
            <w:gridSpan w:val="2"/>
            <w:tcMar>
              <w:top w:w="100" w:type="dxa"/>
              <w:start w:w="125" w:type="dxa"/>
              <w:bottom w:w="100" w:type="dxa"/>
              <w:end w:w="125" w:type="dxa"/>
            </w:tcMar>
            <w:vAlign w:val="center"/>
            <w:shd w:fill="FFFFFF"/>
          </w:tcPr>
          <w:p>
            <w:r>
              <w:t xml:space="preserve"> </w:t>
            </w:r>
          </w:p>
        </w:tc>
      </w:tr>
    </w:tbl>
    <w:p>
      <w:pPr>
        <w:keepNext w:val="0"/>
        <w:spacing w:before="0" w:after="80" w:line="269" w:lineRule="auto"/>
      </w:pPr>
    </w:p>
    <w:sectPr w:rsidR="00FC693F" w:rsidRPr="0006063C" w:rsidSect="00034616">
      <w:footerReference w:type="default" r:id="rId9"/>
      <w:pgSz w:w="11906" w:h="16838"/>
      <w:pgMar w:top="709" w:right="935" w:bottom="879" w:left="935" w:header="72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0" w:line="269" w:lineRule="auto"/>
      <w:jc w:val="center"/>
    </w:pPr>
    <w:r>
      <w:rPr>
        <w:rFonts w:ascii="Arial" w:hAnsi="Arial" w:eastAsia="Arial"/>
        <w:b w:val="0"/>
        <w:i w:val="0"/>
        <w:color w:val="5E7085"/>
        <w:sz w:val="17"/>
      </w:rPr>
      <w:t xml:space="preserve">vresergati.gr   |   International Workforce Recruitment   |   Page </w:t>
    </w:r>
    <w:r>
      <w:rPr>
        <w:rFonts w:ascii="Arial" w:hAnsi="Arial" w:eastAsia="Arial"/>
        <w:b w:val="0"/>
        <w:i w:val="0"/>
        <w:color w:val="5E7085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/>
      <w:color w:val="1732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02_VresErgati_Workforce_Request_and_Position_Specifications_EN</dc:title>
  <dc:subject>VresErgati client document pack</dc:subject>
  <dc:creator>VresErgati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